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Priyanka Venkataraman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Sacramento, CA | (916) 555-0127 | priyanka.venkataraman@email.com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Ms. Elena Castellanos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Office Manager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Brackenridge Property Management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Sacramento, CA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Ms. Castellanos,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I'm applying for the administrative assistant position at Brackenridge Property Management. I finished my associate degree in business administration at Harlow Point Community College in May and hold the Microsoft Office Specialist Excel Associate certification.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On a six-week temp assignment, I entered 1,400 vendor invoices into a tracking spreadsheet and had two corrections in review. I checked each batch against the paper totals before saving. I also type 68 words per minute on timed tests at 98% accuracy, and I answered about 25 calls a day while volunteering at a parish office.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Your posting mentions tenant calls and lease paperwork, which is the same mix of phones and records I've been doing.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I'd be glad to take a typing or Excel test at your office this week.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Thank you,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Priyanka Venkataraman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