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Odalys Brennan-Reyes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Albuquerque, NM | (505) 555-0168 | odalys.brennanreyes@email.com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Renata Ostrowski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Practice Administrator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Copperline Family Medicine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Albuquerque, NM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Ostrowski,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Seven years at a five-provider family clinic, HIPAA trained, working daily in athenahealth: that is the experience I'm offering for the medical office assistant opening at Copperline Family Medicine.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At my current clinic I check in about 70 patients a day and verify insurance for every scheduled visit the afternoon before. When I noticed that most no-shows came from patients who had never confirmed, I began calling anyone unconfirmed 48 hours out. Our no-show rate fell from 14% to 8% over a year, and I still track it every week. I also handle prior authorizations for imaging referrals and keep patient information on a need-to-know basis.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posting mentions a growing pediatric panel. I've scheduled well-child visits around school calendars and know how quickly a Monday fills up.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If it helps, I can spend a morning at your front desk before any interview and see how your check-in flows.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Kind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Odalys Brennan-Reyes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