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Dmitri Alvarenga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Columbus, OH | (614) 555-0153 | dmitri.alvarenga@email.com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Hiring Team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Alderwick Dental Group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Columbus, OH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Alderwick Dental Group Hiring Team,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When our registers froze on a holiday weekend, I rebuilt the day's cash count by hand from 212 receipts and finished within eleven dollars of the system total. I did that kind of reconciliation for eight years as an assistant store manager at a home goods retailer, and I'm now applying for the administrative assistant role at your practice.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Each week I built the schedule for 22 associates, placed vendor orders from an Excel inventory sheet, and handled the store's phone and email. After I added a second-person sign-off to our cash-office count, average weekly variance fell from $48 to under $10 over one quarter.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office coordinates dentists, hygienists and a steady stream of patient calls. I'm used to a full day of phones, shifting coverage and money that has to match.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My district manager watched the scheduling work firsthand and has offered to serve as a reference.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Warm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Dmitri Alvarenga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