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Catalina Ibarra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San Antonio, TX | (210) 555-0146 | catalina.ibarra@email.com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April 14,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Harriet Thorsby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Principal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Sunbrook Elementary School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San Antonio, TX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Principal Thorsby,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Sunbrook Elementary's promise that every family hears from the front office in a language it understands is one I've kept for twelve years at a school of 520 students.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Each summer I process roughly 140 enrollment packets in PowerSchool, check immunization and emergency contact records against the district list, and call every family whose paperwork is incomplete. During the school year I make the morning attendance calls by 9:30 and log each reason, so the nurse and counselor see patterns early. When a substitute is late, I know which teacher can cover a first period and which classroom needs a second adult.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know the front office is the first room a nervous parent enters. I try to make it the easiest one.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am free to start before summer registration opens and would be glad to help train whoever covers the desk until then.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With gratitude,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Catalina Ibarra</w:t>
      </w:r>
    </w:p>
    <w:p>
      <w:pPr>
        <w:keepNext w:val="0"/>
        <w:widowControl/>
        <w:spacing w:before="18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P.S. I interpret in Spanish at registration night and have translated our enrollment packet for the past six years.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