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Rafael Okoro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San Diego, CA | (619) 555-0197 | rafael.okoro@email.com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Celine Laurent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Vice President, Operations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Tidewater Hospitality Group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San Diego, CA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Laurent,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Natalie Brooks, a member of your operations team, suggested I apply for the executive assistant role after we worked together on a charity gala last spring. I've spent four years in hotel management, most recently running the front office of a 180-room downtown property.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supervise a team of 12, manage the general manager's calendar and meeting room bookings, and coordinate VIP arrivals with sales and housekeeping. I also planned 30-plus corporate events last year, with budgets up to $40,000, and kept every one within budget.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ready to move into a role supporting a senior leader directly, and I've completed Microsoft 365 and Google Workspace administration courses to prepare.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happy to come in for a skills assessment or a trial project.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Sincerely,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Rafael Okoro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