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Arjun Mehra, MSN, FNP-C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Albuquerque, NM | (505) 555-0191 | arjun.mehra@email.com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Lucia Ferreira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Chief Medical Officer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Greenhollow Community Health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Albuquerque, NM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Ferreira,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Greenhollow Community Health's commitment to same-week appointments for uninsured families is the reason I became a nurse practitioner, and it is the care I've delivered for three years. I'm a board-certified FNP with an active state APRN license and DEA registration.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currently see 18 to 22 patients a day across a panel of about 1,400, managing hypertension, diabetes and same-day acute visits. Last summer I started walk-in hours for school and sports physicals, which added about 300 visits without extending clinic hours.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comfortable in a collaborative practice model and would bring the physical program with me as a ready-made way to reach new families.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Thank you for your time. I can meet any afternoon next week.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Arjun Mehra, MSN, FNP-C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