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Diego Arriaga, RN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Tampa, FL | (813) 555-0175 | diego.arriaga@email.com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Siobhan Brennan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Clinical Recruiter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Bayhaven Heart Center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Hi Ms. Brennan,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applying for the 13-week Telemetry RN contract at Bayhaven Heart Center that starts January 5. I have six years of telemetry experience, a multistate compact RN license and current BLS and ACLS.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I've completed seven travel assignments in four states, and every one was extended or offered a return contract. I've charted in Epic, Cerner and Meditech, so a new EHR doesn't slow me down, and I'm comfortable taking a five-patient tele assignment from my first shift. My last two contracts were on 30-bed step-down units much like yours.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References from my last three charge nurses are ready whenever you need them, and I can do a phone screen any weekday after 3 p.m. Eastern.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Thanks,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Diego Arriaga, RN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