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widowControl/>
        <w:spacing w:before="0" w:after="40" w:line="276" w:lineRule="auto"/>
        <w:jc w:val="center"/>
      </w:pPr>
      <w:r>
        <w:rPr>
          <w:rFonts w:ascii="Arial" w:hAnsi="Arial" w:cs="Arial" w:eastAsia="Arial"/>
          <w:b/>
          <w:color w:val="2C5AA0"/>
          <w:sz w:val="48"/>
        </w:rPr>
        <w:t>Mateo Restrepo</w:t>
      </w:r>
    </w:p>
    <w:p>
      <w:pPr>
        <w:spacing w:before="0" w:after="280" w:line="240" w:lineRule="auto"/>
        <w:jc w:val="center"/>
        <w:keepNext w:val="0"/>
        <w:widowControl/>
        <w:pBdr>
          <w:bottom w:val="single" w:sz="12" w:space="6" w:color="2c5aa0"/>
        </w:pBdr>
      </w:pPr>
      <w:r>
        <w:rPr>
          <w:rFonts w:ascii="Arial" w:hAnsi="Arial" w:cs="Arial" w:eastAsia="Arial"/>
          <w:b w:val="0"/>
          <w:color w:val="555555"/>
          <w:sz w:val="19"/>
        </w:rPr>
        <w:t>Austin, TX | (512) 555-0149 | mateo.restrepo@email.com | linkedin.com/in/mateorestrepo</w:t>
      </w:r>
    </w:p>
    <w:p>
      <w:pPr>
        <w:keepNext w:val="0"/>
        <w:widowControl/>
        <w:spacing w:before="0" w:after="280" w:line="276" w:lineRule="auto"/>
      </w:pPr>
      <w:r>
        <w:rPr>
          <w:rFonts w:ascii="Arial" w:hAnsi="Arial" w:cs="Arial" w:eastAsia="Arial"/>
          <w:b w:val="0"/>
          <w:color w:val="222222"/>
          <w:sz w:val="21"/>
        </w:rPr>
        <w:t>October 26, 2026</w:t>
      </w:r>
    </w:p>
    <w:p>
      <w:pPr>
        <w:keepNext/>
        <w:widowControl/>
        <w:spacing w:before="0" w:after="0" w:line="276" w:lineRule="auto"/>
      </w:pPr>
      <w:r>
        <w:rPr>
          <w:rFonts w:ascii="Arial" w:hAnsi="Arial" w:cs="Arial" w:eastAsia="Arial"/>
          <w:b w:val="0"/>
          <w:color w:val="222222"/>
          <w:sz w:val="21"/>
        </w:rPr>
        <w:t>Priya Sundaram</w:t>
      </w:r>
    </w:p>
    <w:p>
      <w:pPr>
        <w:keepNext/>
        <w:widowControl/>
        <w:spacing w:before="0" w:after="0" w:line="276" w:lineRule="auto"/>
      </w:pPr>
      <w:r>
        <w:rPr>
          <w:rFonts w:ascii="Arial" w:hAnsi="Arial" w:cs="Arial" w:eastAsia="Arial"/>
          <w:b w:val="0"/>
          <w:color w:val="222222"/>
          <w:sz w:val="21"/>
        </w:rPr>
        <w:t>Director of Engineering, Platform</w:t>
      </w:r>
    </w:p>
    <w:p>
      <w:pPr>
        <w:keepNext/>
        <w:widowControl/>
        <w:spacing w:before="0" w:after="280" w:line="276" w:lineRule="auto"/>
      </w:pPr>
      <w:r>
        <w:rPr>
          <w:rFonts w:ascii="Arial" w:hAnsi="Arial" w:cs="Arial" w:eastAsia="Arial"/>
          <w:b w:val="0"/>
          <w:color w:val="222222"/>
          <w:sz w:val="21"/>
        </w:rPr>
        <w:t>Lattice Grove</w:t>
      </w:r>
    </w:p>
    <w:p>
      <w:pPr>
        <w:keepNext/>
        <w:widowControl/>
        <w:spacing w:before="0" w:after="180" w:line="276" w:lineRule="auto"/>
      </w:pPr>
      <w:r>
        <w:rPr>
          <w:rFonts w:ascii="Arial" w:hAnsi="Arial" w:cs="Arial" w:eastAsia="Arial"/>
          <w:b w:val="0"/>
          <w:color w:val="222222"/>
          <w:sz w:val="21"/>
        </w:rPr>
        <w:t>Hello Priya,</w:t>
      </w:r>
    </w:p>
    <w:p>
      <w:pPr>
        <w:keepNext w:val="0"/>
        <w:widowControl/>
        <w:spacing w:before="0" w:after="180" w:line="276" w:lineRule="auto"/>
      </w:pPr>
      <w:r>
        <w:rPr>
          <w:rFonts w:ascii="Arial" w:hAnsi="Arial" w:cs="Arial" w:eastAsia="Arial"/>
          <w:b w:val="0"/>
          <w:color w:val="222222"/>
          <w:sz w:val="21"/>
        </w:rPr>
        <w:t>Release frequency on my two product teams went from once a month to every two weeks after we split our backlog into smaller increments and set a firm definition of done. I'm a project manager with five years in B2B SaaS and a Professional Scrum Master certification, and I'd like to bring that work to Lattice Grove's platform group.</w:t>
      </w:r>
    </w:p>
    <w:p>
      <w:pPr>
        <w:keepNext w:val="0"/>
        <w:widowControl/>
        <w:spacing w:before="0" w:after="180" w:line="276" w:lineRule="auto"/>
      </w:pPr>
      <w:r>
        <w:rPr>
          <w:rFonts w:ascii="Arial" w:hAnsi="Arial" w:cs="Arial" w:eastAsia="Arial"/>
          <w:b w:val="0"/>
          <w:color w:val="222222"/>
          <w:sz w:val="21"/>
        </w:rPr>
        <w:t>I run sprint planning, reviews and retrospectives for 14 engineers, plus the dependency map that keeps our teams from blocking each other. Our average cycle time fell from 19 to 11 days in the year after I introduced work-in-progress limits on the Jira board.</w:t>
      </w:r>
    </w:p>
    <w:p>
      <w:pPr>
        <w:keepNext w:val="0"/>
        <w:widowControl/>
        <w:spacing w:before="0" w:after="180" w:line="276" w:lineRule="auto"/>
      </w:pPr>
      <w:r>
        <w:rPr>
          <w:rFonts w:ascii="Arial" w:hAnsi="Arial" w:cs="Arial" w:eastAsia="Arial"/>
          <w:b w:val="0"/>
          <w:color w:val="222222"/>
          <w:sz w:val="21"/>
        </w:rPr>
        <w:t>Your engineering blog's posts on trunk-based development tell me your teams care about the same flow problems.</w:t>
      </w:r>
    </w:p>
    <w:p>
      <w:pPr>
        <w:keepNext w:val="0"/>
        <w:widowControl/>
        <w:spacing w:before="0" w:after="180" w:line="276" w:lineRule="auto"/>
      </w:pPr>
      <w:r>
        <w:rPr>
          <w:rFonts w:ascii="Arial" w:hAnsi="Arial" w:cs="Arial" w:eastAsia="Arial"/>
          <w:b w:val="0"/>
          <w:color w:val="222222"/>
          <w:sz w:val="21"/>
        </w:rPr>
        <w:t>Glad to share our team's sprint metrics dashboard if useful.</w:t>
      </w:r>
    </w:p>
    <w:p>
      <w:pPr>
        <w:keepNext/>
        <w:widowControl/>
        <w:spacing w:before="180" w:after="40" w:line="276" w:lineRule="auto"/>
      </w:pPr>
      <w:r>
        <w:rPr>
          <w:rFonts w:ascii="Arial" w:hAnsi="Arial" w:cs="Arial" w:eastAsia="Arial"/>
          <w:b w:val="0"/>
          <w:color w:val="222222"/>
          <w:sz w:val="21"/>
        </w:rPr>
        <w:t>Best,</w:t>
      </w:r>
    </w:p>
    <w:p>
      <w:pPr>
        <w:keepNext w:val="0"/>
        <w:widowControl/>
        <w:spacing w:before="0" w:after="180" w:line="276" w:lineRule="auto"/>
      </w:pPr>
      <w:r>
        <w:rPr>
          <w:rFonts w:ascii="Arial" w:hAnsi="Arial" w:cs="Arial" w:eastAsia="Arial"/>
          <w:b/>
          <w:color w:val="222222"/>
          <w:sz w:val="21"/>
        </w:rPr>
        <w:t>Mateo Restrepo</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pPr>
    <w:rPr>
      <w:rFonts w:ascii="Arial" w:hAnsi="Arial" w:eastAsia="Arial"/>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i w:val="0"/>
      <w:color w:val="2C5AA0"/>
      <w:sz w:val="4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