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Lucas Ferreira-Dunn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Kansas City, MO | (816) 555-0153 | lucas.ferreiradunn@email.com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Hiring Team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Stonecrest Construction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Kansas City, MO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Hiring Team,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applying for the assistant project manager position at Stonecrest Construction after five years as a middle school science teacher, where I ran projects every semester without the title. I completed a construction management certificate in May.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Each year I planned and ran a district science fair for 400 students across six schools, with a $15,000 budget, 30 volunteer judges and a fixed date that never moved. I also led the renovation of our school's science lab, working with the district's facilities team, a contractor and our principal to finish it over one summer break.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drawn to Stonecrest's school construction projects, where I already understand the client.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happy to share the planning binder from the lab renovation.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Best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Lucas Ferreira-Dunn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