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Gideon Asare, PE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Pittsburgh, PA | (412) 555-0135 | gideon.asare@email.com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Eszter Szabo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Principal, Mechanical Engineering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Alder &amp; Finch Engineering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Pittsburgh, PA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Szabo,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Rafael Montoya, who worked alongside me on the Hartwell pump station retrofit, recommended that I apply for the engineering project manager role at Alder &amp; Finch Engineering. I'm a licensed mechanical engineer (PE) with eight years of experience, the last four leading HVAC and plumbing design projects.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currently lead a team of six engineers and two designers on institutional projects between $2M and $9M in design fees. On a recent university lab building, I reduced design rework by setting up clash detection reviews every two weeks, which cut coordination RFIs during construction by about half.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firm's growing lab and research portfolio is exactly where I'd like to focus.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welcome a conversation about your current project pipeline.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With appreciation,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Gideon Asare, PE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