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Folasade Ogunleye, PMP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Milwaukee, WI | (414) 555-0128 | folasade.ogunleye@email.com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Dr. Kenji Nakashima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Chief Information Officer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Ridgeview Health Partners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Milwaukee, WI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Dr. Nakashima,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posting says Ridgeview Health Partners is consolidating three scheduling systems across 22 clinics this year. I led nearly the same project for a 15-clinic network, and I'd like to help you avoid the go-live problems we solved.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a project manager with seven years in healthcare IT and a PMP. Our consolidation moved 180 front-desk staff and 300,000 patient appointments onto one system with no lost appointments. I built a super-user program with one trained lead per clinic, and help desk tickets in the first month came in 40% below our forecast.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also know how much clinician time a go-live costs, so I plan training around clinic schedules rather than vendor availability.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can share the training plan and go-live checklist I used.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Kind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Folasade Ogunleye, PMP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