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Aisling Doherty, CAPM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Denver, CO | (303) 555-0188 | aisling.doherty@email.com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Ms. Camila Reyes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Facilities Director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Harrowgate Logistics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Denver, CO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Ms. Reyes,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For the past two years I've been the project coordinator on Harrowgate Logistics' facilities team, and I'd like to grow into the junior project manager opening on the same team. I passed the CAPM exam in August and know our vendors, budgets and approval process from the inside.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As coordinator, I ran schedules and budget tracking for eleven office renovation projects worth $3.2M in total. When the project manager was out for six weeks, I led the Denver office refresh on my own, kept it on schedule and closed it $18,000 under budget by rebidding two furniture orders.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Moving into the role would let me keep building on projects I already know, with the team I already work with.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Could we set up time to talk about the transition?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Sincerely,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Aisling Doherty, CAPM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