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Katarina Novak, PMP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Columbus, OH | (614) 555-0107 | katarina.novak@email.com | linkedin.com/in/katarinanovak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Dieter Albrecht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Vice President, Retail Technology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Corvane Outfitters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Columbus, OH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Albrecht,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plan to move all 40 Corvane Outfitters stores onto a single inventory platform by 2028 is the kind of rollout I've spent the last decade delivering. I'm a PMP-certified senior project manager with eleven years in retail and supply chain technology.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At my current company, I led a $6.8M warehouse management system replacement across three distribution centers, with a cross-functional team of 26 and four outside vendors. We cut over each site on a weekend with no missed shipments, finished three weeks early and came in 4% under budget. I staged the rollout so the smallest site went first and every lesson fed the next two.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bring the same staging approach and a ready vendor management playbook to your platform program.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happy to walk you through the cutover plan and risk log from that project.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Katarina Novak, PMP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