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Simone Achebe-Hart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Sacramento, CA | (916) 555-0185 | simone.achebehart@email.com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Mr. Erik Lindgren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Director of Human Resources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Larkspur Unified School District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Sacramento, CA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Mr. Lindgren,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taught third grade in Larkspur Unified for six years before stepping away in 2021 to care for my children, and I'm ready to return to a district I know well. My multiple-subject credential is current, and I renewed it last spring.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In my last two years at Fairview Elementary, I led our school's adoption of a new math curriculum and trained 14 teachers on it. To prepare for my return, I completed a structured literacy course this summer and have substituted two days a week since September at Juniper Elementary.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Larkspur's new teacher induction program for returning educators would help me get back up to full speed quickly.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would welcome a conversation about current openings in grades 2 to 4.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Warm regards,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Simone Achebe-Hart</w:t>
      </w:r>
    </w:p>
    <w:p>
      <w:pPr>
        <w:keepNext w:val="0"/>
        <w:widowControl/>
        <w:spacing w:before="18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P.S. Two of my former Fairview students are now student teachers in your district.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