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Bertram Gilfoyle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Palo Alto, CA | (650) 555-0129 | b.gilfoyle@endframemotors.com | linkedin.com/in/bgilfoyle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Senior Car Salesman | Luxury &amp; EV Specialist | Manufacturer Certified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Senior sales consultant with 11 years on the floor, holding a 95% CSI score for four consecutive years at a luxury multi-brand dealership. Repeat and referral customers account for 48% of monthly volume. Specializes in EV and hybrid product walkarounds, used-inventory gross profit management, and desk-to-close deal structuring.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MANUFACTURER 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Mercedes-Benz Master Certified, Toyota STARS Certified, EV &amp; Hybrid Product Specialist (NADA)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Endframe Motors — Palo Alto,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Senior Sales Consultant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2019 -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Held a 95% CSI score for 4 consecutive years across luxury and multi-brand new and used inventory.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Generated 48% of monthly unit volume from repeat and referral customers, more than double the store average.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Delivered manufacturer-certified EV and hybrid product walkarounds for 200+ customers annually, supporting the dealership's transition into electrified inventory.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Managed gross profit per unit of $2,900 average on used inventory through disciplined desk-to-close negotiation.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Handled desk-to-close responsibility on 90% of personal deals, a scope typically reserved for desk managers.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Hooli Motors — San Mateo,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Senior Sales Consultant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Aug 2014 - May 2019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Sustained a 93% CSI score across 5 years while averaging 17 units per month.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Mentored 6 newer consultants on prospecting and follow-up cadence, 3 of whom became top-quartile producers within a year.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Achieved gross profit per unit of $2,400 average on certified pre-owned inventory.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Pied Piper Auto Group — Redwood City,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Sales Consultant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Jan 2011 - Jul 2014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Built a book of repeat business that reached 30% of monthly volume by year three.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Closed 25% of floor-up leads while maintaining a 90% CSI score.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Specialization: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Luxury &amp; multi-brand sales, EV/hybrid product walkarounds, Used-inventory gross profit management, Desk-to-close negotiation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Systems: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DealerSocket, Reynolds and Reynolds, Dealertrack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Leadership: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Mentoring new consultants, Team production coaching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LICENSES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Licensed Vehicle Salesperson, California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B.A. Communications, San Francisco State University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