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Jared Dunn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Sacramento, CA | (916) 555-0142 | jared.dunn@gmail.com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Entry-Level Correctional Officer | POST-Eligible | Former U.S. Army Squad Leader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Former U.S. Army squad leader and campus security officer seeking an entry-level Correctional Officer position with the Sandhill County Sheriff's Office. Brings direct experience supervising personnel, enforcing access control, and documenting incidents under post orders, with a state academy start date confirmed and physical fitness test already passed.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 &amp; CLEARANCES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POST-eligible, California (background packet submitted)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Basic Recruit Training academy enrollment confirmed, Sept 2026 start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CPR/First Aid certified, American Red Cross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State physical fitness test passed, June 2026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Eligible for NCIC background check clearance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Custody and control, Inmate accountability, Post orders, Access control, Written incident reports, Conflict de-escalation, Radio and post communication, Physical fitness standards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U.S. Army, 3rd Infantry Division — Fort Stewart, GA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Squad Leader (Sergeant, E-5)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June 2021 - May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Supervised and held accountable a 9-soldier squad through daily formation checks, equipment counts, and post assignments, translating directly to inmate accountability and custody and control duties.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Enforced access control at 2 rotating perimeter posts, logging and reporting 15+ security-relevant incidents per deployment cycle in written reports reviewed by command staff.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de-escalation of 20+ interpersonal conflicts among squad members without use-of-force incidents, maintaining order during high-stress field conditions.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Army physical fitness and weapons qualification standards on schedule for 4 consecutive years.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Sandhill State University — Sacramento,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Campus Security Officer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2025 -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Patrol and monitor access control points across a 40-building campus during evening and overnight posts, verifying credentials for 200+ entries per shift.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Log and file written incident reports for 8-12 security events per month, including trespassing, alarm response, and welfare checks.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 with campus dispatch and local police on 2 escalated incidents per semester, maintaining chain-of-custody notes for handoff.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High School Diploma, Sacramento City High School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Introduction to Criminal Justice coursework, Sacramento City College (12 credits)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