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555-0164 | l.bream@icu-mail.com | linkedin.com/in/lauriebreamrn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Critical Care RN | Charge Nurse | 12 Years ICU Leadership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critical care RN with 12 years across medical and surgical ICUs, covering 8-10 charge shifts monthly and precepting 14 new-hire nurses since 2020. Leads sepsis bundle compliance and mobility protocol work, and has held unit CLABSI and CAUTI rates below benchmark for 3 consecutive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Peninsula General Hospital — Palo Alto,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Charge Nurse, Surgical ICU, 22-bed unit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2019 - Present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Covered 8-10 charge shifts monthly across a 22-bed SICU, coordinating bed assignment, staffing ratios, and rapid response deployment for trauma and post-surgical patients.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Precepted 14 new-hire nurses since 2020, building a competency checklist now used unit-wide for orientation.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Chaired the unit's sepsis bundle compliance committee, raising 3-hour bundle completion from 78% to 96% over 18 months.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rollout of an early mobility protocol adopted across 2 ICUs, cutting average ventilator days per patient from 5.1 to 4.0.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Held CLABSI rate at zero and CAUTI rate below system benchmark for 3 consecutive years through rounding audits and staff coaching.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1:2 assignments of post-surgical and trauma patients during charge shifts, including arterial line and CRRT management for the sickest patients on the unit.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Bay Vista Medical Center — Redwood Shores,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Nurse, Medical ICU, 20-bed unit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2014 - Mar 2019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1:2 ventilator-dependent and septic patients, titrating up to 3 vasoactive drips per shift and averaging 4.5 ventilator days per patient.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primary compression or medication nurse in 40+ Code Blue responses over 5 years.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Sat on the unit's skin integrity rounds committee, cutting hospital-acquired pressure injuries by 30% over 2 years.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Precepted 9 new-hire nurses on hemodynamic monitoring and central line care during that period.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Alameda Regional Hospital — Alameda,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Nurse, Medical-Surgical ICU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2011 - Jan 2014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1:2 to 1:3 mixed-acuity medical and surgical ICU patients, running arterial lines and vasoactive drips independently within the first year.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charge nurse relief for 2-3 shifts monthly, covering staffing and admission triage.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Critical care 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Ventilator management, Vasoactive drip titration, Hemodynamic monitoring, Arterial line management, Central line care, CRRT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Monitoring and devices: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Swan-Ganz and FloTrac/Vigileo familiarity, Cardiac monitoring and EKG interpretation, IABP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and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Cerner, Meditech, SBAR handoff, Care plan documentation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Unit operations: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Charge nurse, Preceptor, Interdisciplinary rounds, Cross-training (CVICU, ECMO)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CERTIFICATIONS</w:t>
      </w:r>
    </w:p>
    <w:p>
      <w:pPr>
        <w:keepNext w:val="0"/>
        <w:keepLines/>
        <w:widowControl/>
        <w:spacing w:before="0" w:after="8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 (California), active, BLS (American Heart Association), current, ACLS (American Heart Association), current, CCRN (AACN), certified June 2015, current through June 2027, TNCC, current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Nursing, San Jose State University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