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Winnie Yao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Mateo, CA | (650) 555-0142 | winnie.yao@gmail.com | linkedin.com/in/winnieyao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Entry-Level Dance Teacher | Former Performer Transitioning to Studio Instruction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Former contemporary and jazz performer with 6 years on stage now transitioning into dance education, bringing ABT-based training pedigree and hands-on classroom experience subbing classes and assisting lead instructors for students ages 3-17. Comfortable breaking movement combinations down for beginner and intermediate dancers who aren't professionals, not just performing it. Seeking a studio or school role where performance-level technique meets patient, age-appropriate instruction.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Attended ABT National Training Curriculum, Primary through Level 3 (American Ballet Theatre, 2023)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Cecchetti Method Intermediate Certificate (Cecchetti Council of America, 2022)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ACE Group Fitness Instructor Certification (ACE, 2024)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CPR/First Aid &amp; AED Certified (American Red Cross, 2024)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Dance Collective — San Mateo,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Substitute Instructor / Guest Choreographer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Subbed ballet and jazz classes for students ages 6-14 across 8 sessions, maintaining lesson plans and classroom management for lead instructors on short notice.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the lead instructor in a creative movement class for ages 3-5, supporting age-appropriate instruction and transitions between activities.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Choreographed and staged a 12-dancer jazz number for the studio's spring recital, managing recital preparation across 6 rehearsals.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Performing Arts High School — Redwood City,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Recital Choreography Volunteer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2024 - May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Choreographed a contemporary piece for the spring showcase, teaching combinations to 10 students ages 14-17 over 5 rehearsals.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the dance department head with attendance records and classroom setup for two beginner-level technique classes weekly.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Repertory Dance Company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Company Performer, Jazz &amp; Contemporary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2018 - Aug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principal and ensemble roles in 20+ productions, building the technical foundation now applied to teaching age-appropriate combinations.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3 apprentice dancers ages 16-18 on technique and audition preparation ahead of company auditions.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Teaching &amp; Classroom: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Lesson planning, Classroom management, Choreography, Recital preparation, Age-appropriate instruction, Creative movement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Dance Styles: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Ballet (Cecchetti syllabus), Jazz, Contemporary, Musical theatre dance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Administrative: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Student progress and attendance records, Parent communication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B.F.A. Dance Performance, San Jose State University, 2023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