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59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Nelson Bighetti</w:t>
      </w:r>
    </w:p>
    <w:p>
      <w:pPr>
        <w:keepNext/>
        <w:keepLines/>
        <w:widowControl/>
        <w:spacing w:before="0" w:after="120" w:line="259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Palo Alto, CA | (650) 555-0198 | nelson.bighetti@ravigaacademy.com | linkedin.com/in/nelsonbighetti</w:t>
      </w:r>
    </w:p>
    <w:p>
      <w:pPr>
        <w:spacing w:before="0" w:after="14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Dance Program Director | Curriculum &amp; Recital Production | 12+ Years</w:t>
      </w:r>
    </w:p>
    <w:p>
      <w:pPr>
        <w:keepNext w:val="0"/>
        <w:keepLines/>
        <w:widowControl/>
        <w:spacing w:before="0" w:after="160" w:line="259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Dance program director overseeing a 14-teacher faculty and 450-student roster at a multi-style academy, with full ownership of curriculum design, a $380,000 annual program budget, and recital production start to finish. Progressed from studio instructor to department head over 12 years, growing program enrollment 40% while holding season-to-season retention above 85%. Builds age-appropriate curricula across ballet, jazz, tap, hip-hop, and contemporary that scale from creative movement through pre-professional levels.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Dance Academy — Palo Alto, CA</w:t>
      </w:r>
    </w:p>
    <w:p>
      <w:pPr>
        <w:keepNext/>
        <w:keepLines/>
        <w:widowControl/>
        <w:tabs>
          <w:tab w:pos="10656" w:val="right"/>
        </w:tabs>
        <w:spacing w:before="0" w:after="20" w:line="259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Program Director / Department Head, Dance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Jul 2020 - Present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Supervise a 14-teacher faculty and a 450-student roster across creative movement through pre-professional levels in ballet, jazz, tap, hip-hop, and contemporary.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Own curriculum design for the full program, standardizing lesson plans and progression benchmarks across 6 age tiers and revising the syllabus annually with faculty input.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 a $380,000 annual program budget covering faculty payroll, costuming, and recital production.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Produce the academy's annual recital season start to finish, coordinating venue booking, staging, and choreography review for 30+ numbers and 450 performers.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Grew total program enrollment 40% over 4 years while holding season-to-season retention above 85%, driven by a redesigned placement and progression system.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Hire, train, and evaluate teaching faculty, including a mentorship track that promoted 5 instructors into lead-teacher roles.</w:t>
      </w:r>
    </w:p>
    <w:p>
      <w:pPr>
        <w:keepNext/>
        <w:keepLines/>
        <w:widowControl/>
        <w:spacing w:before="0" w:after="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School of the Arts — Menlo Park, CA</w:t>
      </w:r>
    </w:p>
    <w:p>
      <w:pPr>
        <w:keepNext/>
        <w:keepLines/>
        <w:widowControl/>
        <w:tabs>
          <w:tab w:pos="10656" w:val="right"/>
        </w:tabs>
        <w:spacing w:before="0" w:after="20" w:line="259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Lead Dance Instructor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2016 - Jun 2020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the ballet and jazz department's 8-instructor team, overseeing lesson planning and classroom management standards across 20 weekly classes.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Directed 3 consecutive recital seasons for 300+ students, producing and staging the full show each year.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Redesigned the intermediate-to-advanced placement curriculum, cutting mid-season level changes by half.</w:t>
      </w:r>
    </w:p>
    <w:p>
      <w:pPr>
        <w:keepNext/>
        <w:keepLines/>
        <w:widowControl/>
        <w:spacing w:before="0" w:after="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Dance Studio — Santa Clara, CA</w:t>
      </w:r>
    </w:p>
    <w:p>
      <w:pPr>
        <w:keepNext/>
        <w:keepLines/>
        <w:widowControl/>
        <w:tabs>
          <w:tab w:pos="10656" w:val="right"/>
        </w:tabs>
        <w:spacing w:before="0" w:after="20" w:line="259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Dance Instructor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Sep 2013 - Jul 2016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Taught ballet, jazz, and contemporary to students ages 6-18, building a competition team that placed top-3 regionally for two straight years.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Promoted from part-time instructor to full-time lead within 18 months based on retention and recital outcomes.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40" w:line="259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Program Leadership: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Faculty supervision, Curriculum development, Budget management, Recital production, Enrollment strategy</w:t>
      </w:r>
    </w:p>
    <w:p>
      <w:pPr>
        <w:pStyle w:val="ListBullet"/>
        <w:keepNext w:val="0"/>
        <w:keepLines/>
        <w:widowControl/>
        <w:spacing w:before="0" w:after="40" w:line="259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Dance Styles: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Ballet, Jazz, Tap, Hip-hop, Contemporary</w:t>
      </w:r>
    </w:p>
    <w:p>
      <w:pPr>
        <w:pStyle w:val="ListBullet"/>
        <w:keepNext w:val="0"/>
        <w:keepLines/>
        <w:widowControl/>
        <w:spacing w:before="0" w:after="40" w:line="259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Compliance &amp; Administration: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Mandated reporter certification, Fingerprint background check, Student progress and attendance records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NDEO Certificate in Dance Education, CPR/First Aid &amp; AED Certified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M.A. Arts Administration, San Jose State University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Dance, University of California, Santa Cruz</w:t>
      </w:r>
    </w:p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9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