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555-0187 | dinesh.chugtai@email.com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Aspiring Infant Room Teacher | CDA In Progress | 320+ Hours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Early childhood education student seeking an infant room teacher position, bringing 320 hours of supervised practicum experience with children ages 6 weeks to 18 months, 500+ hours of private childcare, and a CDA credential in progress with 90 of 120 training hours and 350 of 480 experience hours complete.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CREDENTIALS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CDA credential in progress, Council for Professional Recognition, 90 of 120 training hours complete, 350 of 480 experience hours complete, expected 05/2027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CPR/First Aid, American Red Cross, current through 03/2028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SIDS and safe sleep training, completed 01/2026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12 college credits in Early Childhood Education, San Jose City College, in progress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Background check clearance, State of California, cleared 02/2026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A.A. Early Childhood Education (in progress), San Jose City College, expected 2027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High School Diploma, Lincoln High School, San Jose, CA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Certifications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CPR/First Aid, SIDS and safe sleep training, Background check clearance, Title 22 familiarity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Classroom &amp; Child Development: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Developmental milestone tracking, Positive guidance, Lesson planning for ages 6 weeks to 5 years, Curriculum support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Care Routines: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Diapering and toileting, Nap and feeding schedules, Transition routines, Ratio compliance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Family Communication &amp; Documentation: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Daily reports, Parent communication, Incident documentation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PRACTICUM &amp; CAREGIVING 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Preschool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Practicum Student, Infant Room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2026 -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Completing 320 supervised practicum hours with 12 infants ages 6 weeks to 18 months at a 1:4 ratio.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Track feeding and nap schedules and log daily developmental milestone observations for 6 assigned infants.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 diapering and toileting routines and assist the lead teacher with transitions between activities.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Private Families (2 households)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Family Childcare Provider / Babysitter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Sep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Logged 500+ hours of unsupervised care for children ages 2 to 5, managing meals, nap schedules, and daily routines.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Send parents a same-day update each evening covering feeding times, nap duration, and behavior notes.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Willow Creek Church Nursery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Nursery Volunteer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2022 - Present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Care for up to 8 children ages 6 months to 3 years during weekly 3-hour shifts, maintaining ratio compliance and safe sleep practices.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