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Laurie Bream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Palo Alto, CA | (650) 555-0197 | laurie.bream@periorx.com | linkedin.com/in/lauriebreamrdh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Senior RDH | Periodontal Specialty | Mentor &amp; Protocol Lead | 11+ Years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Senior RDH with 11 years specializing in periodontal maintenance therapy, including advanced local anesthesia and laser-assisted procedures. Leads new-hygienist onboarding and has authored recall-system protocols that lifted specialty patient retention above 95%.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Bream-Hall Periodontics — Palo Alto,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Senior Periodontal Dental Hygienist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Apr 2019 -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Performed scaling and root planing for 6-8 periodontal maintenance patients daily across quadrant-based treatment plans.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Maintained 95% patient retention in a specialty periodontal recall system over one year.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Mentored 6 newly licensed hygienists on periodontal charting, instrumentation technique, and laser-assisted therapy protocols.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Authored the practice's periodontal recall and case-acceptance protocol, adopted across all 3 practice locations.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Endframe Dental Group — Redwood City,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Registered Dental Hygienist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Jun 2015 - Mar 2019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Provided periodontal maintenance and adjunct therapy for a caseload of 25+ specialty patients per week.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Trained incoming hygienists on Eaglesoft charting standards and infection-control compliance during onboarding.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Clinical: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Periodontal maintenance therapy, Scaling and root planing, Laser-assisted periodontal therapy, Local anesthesia administration, Nitrous oxide monitoring, Oral cancer screening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Practice-Management Software: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Dentrix, Eaglesoft, Denticon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Leadership: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New-hygienist mentoring, Protocol development, Continuing-education instruction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LICENSURE &amp; 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RDH, California, Local Anesthesia Certified, Nitrous Oxide Monitoring Certified, Laser Certification, CPR/BLS certified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BSDH, University of the Pacific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