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Portland, OR | (503) 555-0119 | bertram.gilfoyle@email.com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Licensed Journeyman Electrician | Commercial Build-Outs | Oregon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Licensed Journeyman Electrician (State of Oregon) with 2 years on commercial crews, including office build-outs up to 8,000 sq ft and 277/480V panel installs. Contributed to 19 projects that passed final inspection on the first visit. OSHA 30-Hour Construction Outreach course completed February 2024.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TRAINING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Licensed Journeyman Electrician — License #J-204817, State of Oregon. Active through October 2027.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 30-Hour Construction Outreach course completed February 2024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NFPA 70E Arc Flash Safety Training, Cascade Power Services, completed April 2025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Cascade Power Services — Portland, OR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Journeyman Electrician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Installed branch circuit wiring and 277V lighting controls for a 6,500 sq ft restaurant build-out; the project passed final inspection with no electrical punch-list items assigned to my scope.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Tied new branch circuits into an existing 480V switchgear panel during a tenant renovation, scheduling the shutdown window around the building's other active tenants to avoid any unplanned outages.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Traced a recurring nuisance-tripping problem across 4 tenant suites to a shared neutral and corrected it, eliminating repeat service calls to that building.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Willamette Electric Contractors — Portland, OR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Apprentice Electrician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2019 - Aug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8,000 OJT hours running PVC conduit below slab on new-construction commercial builds, completing rough-in on 46 units.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the apprenticeship program through IBEW Local 48, earning a Journeyman Electrician credential in the State of Oregon after 5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Code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NEC (current edition), Blueprint and schematic reading, Conduit fill calculations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Megohmmeter, Clamp meter, Conduit bender, Thermal imaging camera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Client communication, Coordinating with inspectors, Training apprentices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Rose City Trade Institute — Electrical Technology Certificate, 2019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