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Jared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Phoenix, AZ | (602) 555-0173 | jared.dunn@email.com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Licensed Master Electrician | Commercial &amp; Industrial | Crew Lead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Master Electrician (State of Arizona) with 9 years across commercial and industrial projects, including supervision of journeyman and apprentice crews on multi-site builds. Reviewed and submitted 62 permitted projects, 54 of them approved without an electrical plan revision. OSHA 30-Hour Construction Outreach and NFPA 70E training completed.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TRAINING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Licensed Master Electrician — License #M-118472, State of Arizona. Active through July 2028.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30-Hour Construction Outreach course completed March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NFPA 70E Electrical Safety Training, Copper State Electrical, completed January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NICET Fire Alarm Systems, Level III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Copper State Electrical — Phoenix, AZ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Master Electrician / Crew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crew assignments and material procurement across 5 active commercial sites at a time, keeping every crew staffed and stocked without a missed rough-in date.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a $1.4M annual material procurement budget across the commercial portfolio, holding material spend within 3% of estimate on every project closed out in 2025.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Caught and corrected code violations during internal plan review on 11 projects before AHJ submission, avoiding 8 rejected-permit delays over the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Audited subcontractor compliance with the company's arc-flash PPE requirements across 5 active job sites, documenting and correcting 14 issues before the next internal safety audit.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7 apprentices through their JATC rotations, with 6 going on to pass the journeyman exam on their first attempt.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Sealed and stamped electrical permit applications for 62 commercial and industrial projects across 4 AHJ jurisdictions, tracking each through inspection sign-off.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Standardized the company's load calculation and panel schedule templates, cutting plan-review turnaround from 6 working days to 2.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the company's point of contact for utility coordination on 9 service upgrades, sequencing meter releases so no tenant lost power outside a scheduled window.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Saguaro Industrial Electric — Tempe, AZ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Journeyman Electrician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2017 - Apr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and re-commissioned 9 motor control centers during a plant retrofit, bringing each production line back online ahead of the contracted shutdown window.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Installed generator transfer switches and emergency lighting circuits for 12 commercial properties converting to backup power, coordinating cutover timing with each building's property manager.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4-person crew through a 40,000 sq ft distribution center fit-out, coordinating conduit rough-in around two other trades to hold the general contractor's schedule.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arc-flash hazard analysis and applied updated equipment labeling across 3 production areas, bringing the plant into NFPA 70E compliance ahead of its annual audit.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Troubleshot intermittent VFD faults on a bottling line, isolating a grounding issue that had caused 11 unplanned stoppages in the prior quarter.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Desert Ridge Electric — Mesa, AZ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Apprentice Electrician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2012 - Jun 2017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8,000 OJT hours through the Arizona JATC program, rotating through residential service, commercial rough-in, and industrial maintenance.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EMT and rigid conduit on 60+ commercial branch circuit installations, earning the journeyman credential on a first-attempt exam pass.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with fire alarm device installation and end-to-end testing on 5 commercial properties, documenting results for the AHJ acceptance test.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SELECTED PROJECTS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220,000 sq ft distribution center, Goodyear AZ — 480V three-phase distribution, motor control, and site lighting. Crew lead, 14-month build.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Regional medical office building, Chandler AZ — emergency power, generator transfer, and NICET-scope fire alarm. Plan review and permit submission.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Beverage bottling plant retrofit, Tempe AZ — 9 motor control centers re-commissioned across 3 phased shutdown windows.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Code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NEC (current edition), Permit and inspection procedures, Load calculations, Plan review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PLCs, Megohmmeter, Thermal imaging camera, Arc-flash rated PPE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Crew supervision, Apprentice training, Client and AHJ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Valley Trades Institute — Electrical Technology Certificate, 2017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PROFESSIONAL AFFILIATIONS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Independent Electrical Contractors (IEC), Arizona Chapter, International Association of Electrical Inspectors (IAEI), member since 2022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