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Denver, CO | (303) 555-0148 | monica.hall@email.com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Executive Assistant | Calendar, Travel &amp; Office Coordination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Executive Assistant with four years of administrative and office coordination experience, promoted from Office Coordinator to support the Director of Operations at a 40-person startup. Manages daily scheduling, domestic travel, and correspondence with a same-day turnaround standard on time-sensitive requests. Comfortable working across Outlook, Google Workspace, and shared calendar systems, and building toward multi-executive support.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— Denver, CO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Executive Assistant to the Director of Operations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 daily calendar and meeting coordination for the Director of Operations across a 40-person team, cutting double-booked meetings by roughly 90% after introducing a standing approval workflow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 domestic travel logistics for the director and two direct reports, booking an average of 6 trips per quarter with zero missed connections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Draft and proofread external correspondence and internal announcements, maintaining a same-day response standard on time-sensitive requests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 office supply ordering and vendor scheduling for a 40-person open-plan office, keeping supply spend within budget every quarter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— Denver, CO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Office Coordinator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2022 - Jun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daily schedules, meeting logistics, and vendor check-ins for a 12-person office, cutting scheduling conflicts by 30% after rolling out a shared calendar system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new-hire onboarding checklist adopted office-wide, cutting desk and equipment setup time from three days to one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Executive Support: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Calendar management, Travel coordination, Meeting coordination, Correspondence management, Office coordination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Microsoft Office (Word, Excel, PowerPoint), Outlook, Google Workspace, Slack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Microsoft Office Specialist (MOS), 2023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Communication, University of Colorado Denver, 2022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