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Laurie Bream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San Francisco, CA | (415) 555-0132 | laurie.bream@email.com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Executive Assistant to the CEO | Board &amp; Investor Relations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Executive Assistant with nine years supporting C-suite leadership, the last four as Executive Assistant to the CEO of a venture-backed software company. Manages board meeting preparation for an 8-member board, investor relations correspondence through two funding rounds, and confidential deal support, most recently for a $60M acquisition. Operates in a chief-of-staff-adjacent capacity, running leadership team meeting logistics and tracking cross-functional follow-up.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Bream-Hall Industries — San Francisco,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Executive Assistant to the CEO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Mar 2022 -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Provide board meeting support and confidential project coordination for the CEO and CFO, preparing materials for quarterly board meetings attended by 8 board members and outside counsel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Manage investor relations correspondence and scheduling for 40+ investor and analyst touchpoints per year, maintaining a same-day response standard through two funding rounds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Led confidential coordination for a $60M acquisition, managing document logistics and communications for the deal team without a single confidentiality breach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Serve as strategic partner to the CEO on a chief-of-staff-adjacent basis, running weekly leadership team meeting logistics and tracking follow-up on 15+ cross-functional action items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Direct a team of two administrative coordinators supporting the broader executive suite, redistributing 30% of routine scheduling load off the CEO's calendar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Hooli — San Francisco,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Senior Executive Assistant to the SVP of Finance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Aug 2017 - Feb 2022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Managed multi-executive support for an SVP and two VPs, handling calendar, travel, and expense administration across a 20-person finance organization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Coordinated logistics for the company's annual shareholder meeting, managing a 300-person venue and international speaker travel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Board &amp; Executive Support: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Board meeting support, Board minutes, Investor relations support, C-suite support, Chief-of-staff-adjacent duties, Confidential / M&amp;A project support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Operations: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Multi-executive support, Executive scheduling, Budget administration, Vendor negotiation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Tools: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Outlook, Google Workspace, Zoom, SAP Concur, DocuSign, Notion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CERTIFICATIONS</w:t>
      </w:r>
    </w:p>
    <w:p>
      <w:pPr>
        <w:keepNext w:val="0"/>
        <w:keepLines/>
        <w:widowControl/>
        <w:spacing w:before="0" w:after="8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CAP (Certified Administrative Professional, IAAP), 2020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B.A. Organizational Communication, San Francisco State University, 2016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