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New York, NY | (212) 555-0187 | dinesh.chugtai@email.com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Financial Advisor | Series 7 &amp; 66 | $85M AUM Book | Wirehouse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Financial advisor with 4 years at a regional broker-dealer, Series 7 and Series 66 licensed. Supported a team book of $85M AUM, personally serving 140 households, sourced $6.2M in net new assets in 2025, and maintained a 94% retention rate. Focused on high-net-worth relationship growth within a wirehouse production model.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Hooli Wealth Partners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Financial Advisor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2022 -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a team book of $85M AUM, personally serving 140 households, and sourced $6.2M in net new assets in 2025 against a $5M target.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Grew individual production from $210K to $340K gross dealer concession over 3 years, expanding a high-net-worth client segment of 45 households.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a 94% client retention rate across 140 households through a structured quarterly review cadence in Black Diamond.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Converted 65 internal referrals from the bank and mortgage channels into new advisory relationships, adding $9M in AUM over 2 years.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Financial Group — New York, NY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Associate Financial Advisor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Aug 2020 - May 2022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Sourced $4.1M in net new assets in 2021, ranking in the top 20% of associate advisors in the region.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Supported a senior advisor's book of $52M AUM, preparing suitability documentation and risk tolerance assessments for 90+ households.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Planning &amp; Analysis: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Retirement planning, Risk tolerance assessment, Cash flow analysis, Estate planning referrals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Products &amp; Markets: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Equities, Bonds, ETFs, Mutual funds, Annuities, Managed accounts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Platforms &amp; CRM: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Black Diamond, Salesforce, Redtail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Compliance &amp; Licensing: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Series 7, Series 66, SIE (Securities Industry Essentials), Suitability, Reg BI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LICENSES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Series 7 (held), Series 66 (held), SIE (Securities Industry Essentials) (held)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Finance, Fordham University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