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Fresno, CA | (559) 555-0142 | d.chugtai@aviatomail.com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OSHA-Certified Forklift Operator (Sit-Down &amp; Stand-Up) | Warehouse Associate Candidate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OSHA-certified forklift operator seeking a warehouse associate role. Background in physical, safety-focused work environments with strong attendance and a fast onboarding track record.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CERTIFICATION &amp; TRAINING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40-hour OSHA Powered Industrial Truck (PIT) certification, Aviato Logistics Training Center, May 2026, sit-down counterbalance and stand-up reach truck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Warehouse safety fundamentals course covering load limits, blind-spot awareness, and pedestrian right-of-way, completed May 2026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WORK HISTORY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Raviga Distribution Center — Fresno,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Stock Associate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Jun 2024 - Present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Handled inbound and outbound inventory across a 60,000 sq ft facility, sorting and staging 200+ units per shift with zero missed putaways.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Organized pallet staging areas ahead of daily truck loads, supporting on-time dispatch for 12-15 outbound shipments weekly.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Maintained perfect attendance over 12 months while cross-training on receiving, cycle counts, and shipping documentation.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Equipment: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Sit-down counterbalance forklift, Stand-up reach truck, Manual and electric pallet jack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Safety &amp; Compliance: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OSHA PIT certification, Pre-shift equipment inspection, PPE compliance, Load capacity calculation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Warehouse Skills: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RF scanner operation, Inventory cycle counts, Pallet organization, Shift attendance reliability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High School Diploma, Fresno Valley High School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