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Russ Hanneman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Stockton, CA | (209) 555-0198 | r.hanneman@hoolisupplychain.com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Shift Lead / Forklift Trainer | Reach Truck, Counterbalance, Order Picker | 6+ Years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Forklift shift lead with 6 years of equipment experience and 3 years training new operators across a high-volume distribution center. OSHA-certified on 3 equipment classes, focused on safety compliance and measurable efficiency gains for a 40-operator fleet.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Powered Industrial Truck (PIT) Certification, Train-the-Trainer (Hooli Supply Chain, Jan 2023, sit-down counterbalance, stand-up reach truck, order picker)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Supply Chain — Stockton,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Forklift Shift Lead / Trainer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2023 -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6 new hires per quarter on reach truck operation and OSHA safety checklists, reducing onboarding time by half.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Coordinated forklift traffic flow across 4 dock zones during peak shifts, flagging equipment issues before they caused downtime.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Led a 12-operator shift team across counterbalance, reach truck, and order picker stations, sustaining 98% on-time load rate.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Ran quarterly OSHA PIT recertification checks for the shift, maintaining 18 months with no safety incidents.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Pied Piper Distribution — Stockton,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Reach Truck Operator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2019 - Dec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Operated stand-up reach truck to stage and load 120+ pallets per shift across a 3-dock outbound line, maintaining a 98% on-time load rate.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Used stand-up order picker to fulfill 150+ line items per shift across a multi-level pick module.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Sit-down counterbalance, Stand-up reach truck, Order picker, Pallet jack (manual and electric), Cherry picker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Leadership: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New-hire training, Shift scheduling, Dock traffic coordination, Shift handoff reporting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Systems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WMS order entry (Manhattan), OSHA PIT certification (train-the-trainer), Load capacity calculation, Pre-shift equipment inspection audits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Stockton Unified School District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