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Erlich Bachman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Fresno, CA | (559) 555-0148 | erlich.bachman@gmail.com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Home Health Aide | HHA Certified | CPR/First Aid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Recently certified Home Health Aide seeking an entry-level position providing compassionate, reliable in-home care. Completed a state-approved 75-hour HHA training program with hands-on clinical rotations, and brings two years of informal family caregiving experience supporting a grandparent with early-stage dementia. CPR/First Aid certified through the American Heart Association.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Private Family (Family Caregiver) — Fresno,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Family Caregiver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Provided daily ADL support (bathing, dressing, meal preparation) for a grandparent with early-stage dementia, maintaining a consistent routine that reduced evening agitation episodes.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Tracked medication reminders and appointment schedules for one care recipient across 18 months with zero missed doses or appointments.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with visiting home health nurses to relay changes in condition, supporting continuity of care between visits.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Valley Fresh Market — Fresno,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Customer Service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Dec 2023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Assisted an average of 80+ customers per shift in a fast-paced retail environment, building the reliability and communication skills used daily in patient-facing care.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Recognized twice for perfect attendance over a combined 6-month period.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Clinical/Care: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ADL assistance, vital signs monitoring, mobility support, infection control basics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HIPAA awareness, care documentation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reliability, patient communication, physical stamina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HHA Certificate (California Department of Public Health), CPR/First Aid (American Heart Association)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75-Hour Home Health Aide Training Program, Fresno City College Continuing Education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