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Monica Hall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Sacramento, CA | (916) 555-0187 | monica.hall@outlook.com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Certified Home Health Aide | 4 Years Medicare Agency &amp; Private Duty Experience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Certified Home Health Aide with 4 years of experience across Medicare-funded agency and private-duty settings, supporting clients with Parkinson's disease, post-surgical recovery, and mobility limitations. Maintained 100% care plan documentation compliance across a caseload of 7 clients and completed 20 consecutive months with zero incident reports. CPR/First Aid and BLS Provider certified through the American Heart Association.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Bream-Hall Home Care Agency — Sacramento,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Home Health Aide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2023 -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Documented daily care notes for a caseload of 7 Medicare clients using Kinnser EHR, maintaining zero documentation errors over a 14-month review period.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Coordinated with supervising RNs to flag early signs of infection in two post-surgical clients, contributing to same-day treatment and avoiding hospital readmission.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Maintained a 98% on-time visit rate across a rotating schedule of 7 clients over 18 months.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Aviato Private Care — Sacramento,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Private Duty Home Health Aide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Jul 2021 - Feb 2023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Provided consistent in-home care for a long-term client with Parkinson's disease over 18 months, collaborating weekly with the client's family to adjust routines as needs progressed.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medication reminders and mobility support for one client, completing 20 consecutive incident-free months on the case.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Clinical/Care: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ADL assistance, vital signs monitoring, medication administration and reminders, mobility support, patient transfers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Compliance and Documentation: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HIPAA compliance, care plan management, Medicare/Medicaid documentation, incident reporting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Technology: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Kinnser EHR, Cerner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HHA Certificate (California Department of Public Health), CPR/First Aid (American Heart Association), BLS for Healthcare Providers (American Heart Association)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75-Hour Home Health Aide Training Program, Sacramento City College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