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Laurie Bream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Oakland, CA | (510) 555-0129 | laurie.bream@yahoo.com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Senior Home Health Aide | HHA &amp; CNA Certified | 7+ Years Multi-Setting Experience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Senior Home Health Aide and Certified Nursing Assistant with 7 years of experience across Medicare/Medicaid agency, hospice, and HCBS waiver settings, moving toward a care coordinator role. Managed caseloads of up to 9 clients with complex diagnoses including Alzheimer's, COPD, and post-surgical recovery, and has trained 6 incoming aides on documentation standards and client safety protocols. Maintains zero incident reports over the past 3 years.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Home Care Agency — Oakland,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Senior Home Health Aide / Lead Trainer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Apr 2021 -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a caseload of 9 Medicare/Medicaid clients with diagnoses including Alzheimer's, COPD, and post-surgical recovery, maintaining 100% care plan documentation compliance over 3 years.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Trained and mentored 6 newly certified aides on Kinnser EHR documentation, incident reporting, and infection control standards, reducing onboarding time by an average of 2 weeks per hire.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Participated in quarterly care plan development meetings with RNs and case managers, contributing observations that informed care plan revisions for 12+ clients.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Completed 36 consecutive months without a documented incident across all assigned clients.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Hospice Services — Oakland,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Hospice Home Health Aide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Feb 2018 - Mar 2021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Provided dignity-centered ADL support for end-of-life clients following comfort-focused care plans developed with the hospice interdisciplinary team.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Supported family members of 25+ hospice clients through active listening and coordination with social workers, contributing to consistently positive family satisfaction feedback.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Clinical/Care: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ADL assistance, vital signs monitoring, medication administration and reminders, wound care (certified), infection control, patient transfers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Leadership: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aide training and mentoring, care plan development, incident reporting oversight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Compliance and Documentation: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HIPAA compliance, Medicare/Medicaid documentation, Medicaid waiver (HCBS) documentation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Technology: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Kinnser EHR, Cerner, Epic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CNA (California Board of Vocational Nursing and Psychiatric Technicians), HHA Certificate (California Department of Public Health), CPR/First Aid (American Heart Association), BLS for Healthcare Providers (American Heart Association), Hospice and Palliative Care Certificate (National Hospice and Palliative Care Organization)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Certified Nursing Assistant Program, Merritt College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