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Sunnyvale, CA | (408) 555-0142 | monica.hall@gmail.com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Entry-Level HVAC Technician | EPA 608 Universal Certified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HVAC apprentice with EPA 608 Universal certification and hands-on training in residential system diagnostics, refrigerant handling, and ductwork installation. Completed 500+ hours of supervised fieldwork on split systems and heat pumps at Silicon Valley Technical Institute. Reliable and detail-oriented, ready to join a full-time residential service team.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EPA 608 Universal, Certified 2026, OSHA 10 Card, 2025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TRADE EDUCATION &amp; TRAINING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HVAC/R Certificate Program, Silicon Valley Technical Institute, expected completion Sep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Coursework: refrigeration cycle theory, electrical troubleshooting, brazing and soldering, ductwork fabrication, load calculations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500+ hours of supervised fieldwork on residential split systems and heat pumps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lead instructors on 40+ mock service and installation calls during lab rotations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Technical/Diagnostic: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Refrigerant handling and recovery basics, Electrical troubleshooting fundamentals, Brazing and soldering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 &amp; Equipment: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Split systems, Heat pumps, Ductwork installation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Reliability and punctuality, Tool handling, Customer-facing communication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WORK HISTORY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Fremont Logistics Center — Fremont,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Warehouse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Handled and inventoried 200+ packages daily using handheld scanners, maintaining 99.7% inventory accuracy.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Operated forklifts and pallet jacks safely across a 150,000 sq ft facility with zero safety incidents in 18 months.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3 new hires on warehouse safety procedures and equipment handling.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