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Jared Dunn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(669) 555-0187 | jared.dunn@gmail.com | linkedin.com/in/jareddunn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Residential HVAC Technician | EPA 608 Universal | NATE Certified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Residential HVAC technician with 5 years of experience installing and repairing split systems, heat pumps, and mini-splits across Silicon Valley. EPA 608 Universal and NATE certified in Air Conditioning. Maintains a 93% first-time fix rate across 16+ service calls per week and logs all work in ServiceTitan.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EPA 608 Universal, Certified 2021, NATE Certified, Air Conditioning, 2022, OSHA 10 Card, 2021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HVAC Services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Residential Service Technician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Diagnosed and repaired residential heat pump, split system, and gas furnace units on 16+ service calls per week, maintaining a 93% first-time fix rate.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Held a callback rate under 3% across 800+ annual service visits, logged and tracked through ServiceTitan.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Performed R-410A refrigerant recovery and charging on 250+ systems annually in compliance with EPA regulations.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Upsold maintenance agreements and system upgrades during service calls, generating $38,000 in additional annual revenue.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Achieved a 96% customer satisfaction score across 300+ post-service surveys.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Heating &amp; Air — Santa Clara,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HVAC Installer/Technician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2020 - Feb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Installed 80+ residential split-system and heat pump units annually, passing final inspection on first attempt 97% of the time.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brazing, ductwork fabrication, and load calculations on new-construction and retrofit installs.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Assisted senior technicians on commercial light-duty service calls, gaining early exposure to rooftop packaged units.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Technical/Diagnostic: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Refrigerant recovery and charging (R-410A), Electrical troubleshooting, Heat pump diagnostics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 &amp; 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Split systems and mini-splits, Gas furnaces, ServiceTitan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Customer Service: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Client communication, Upselling maintenance plans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HVAC/R Certificate, Silicon Valley Technical Institute, 2020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