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59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Russ Hanneman</w:t>
      </w:r>
    </w:p>
    <w:p>
      <w:pPr>
        <w:keepNext/>
        <w:keepLines/>
        <w:widowControl/>
        <w:spacing w:before="0" w:after="120" w:line="259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Mountain View, CA | (650) 555-0173 | russ.hanneman@endframecomfort.com | linkedin.com/in/russhanneman</w:t>
      </w:r>
    </w:p>
    <w:p>
      <w:pPr>
        <w:spacing w:before="0" w:after="14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Lead HVAC Technician / Foreman | Commercial &amp; Light-Industrial | BAS Exposure</w:t>
      </w:r>
    </w:p>
    <w:p>
      <w:pPr>
        <w:keepNext w:val="0"/>
        <w:keepLines/>
        <w:widowControl/>
        <w:spacing w:before="0" w:after="160" w:line="259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HVAC technician with 14 years of experience, the last 6 leading commercial service and installation crews across a 1.2M sq ft portfolio of office, retail, and light-industrial accounts. Manages preventive maintenance programs, supervises up to 6 technicians, and holds EPA 608 Universal and NATE certifications across air conditioning, heat pumps, and gas heating.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EPA 608 Universal, Certified 2013, NATE Certified, Air Conditioning, Heat Pump, Gas Heating, 2015, OSHA 30 Card, 2019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Commercial Services — Mountain View,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Lead HVAC Technician / Foreman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2020 - Present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Supervise a 6-person commercial service and installation crew across a 1.2M sq ft portfolio of 40+ office, retail, and light-industrial accounts.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the preventive maintenance program for 60+ rooftop packaged units (RTUs), 4 chillers, and associated air handlers, cutting emergency service calls 32% year over year.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mentored 9 technicians and apprentices, reducing average onboarding time to solo commercial dispatch from 14 weeks to 9 weeks.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 with building automation vendors on BAS/BACnet-integrated RTU and chiller controls for 12 accounts, supporting point-to-point commissioning on retrofit projects.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98% PM inspection pass rate and reduced warranty callback costs by $22,000 annually through disciplined crew scheduling and quality control.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Mechanical — Sunnyvale,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Commercial HVAC Technician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2015 - Mar 2020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and repaired 30+ rooftop packaged units and chillers across a 200,000 sq ft commercial portfolio, reducing unplanned downtime by 25%.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quarterly preventive maintenance on industrial refrigeration and RTU systems for 12 commercial accounts, cutting emergency service calls by 30% year over year.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from journeyman to senior technician after 2 years based on diagnostic accuracy and account retention.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Facilities Group — San Jose, CA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HVAC Journeyman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2012 - May 2015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Installed and serviced residential and light-commercial split systems, heat pumps, and gas furnaces across 500+ annual service calls.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journeyman certification after 4,000 hours of supervised apprenticeship fieldwork.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Scope: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Crew supervision (up to 6 techs), Preventive maintenance program ownership, Scheduling and quality control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Commercial 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Rooftop packaged units (RTUs), Chillers and air handlers, Boiler systems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Building Automation &amp; Controls: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BAS/BACnet, Point-to-point commissioning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ServiceTitan, Warranty and inspection documentation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HVAC/R Certificate, Silicon Valley Technical Institute, 2012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