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Sunnyvale, CA | (669) 555-0128 | dinesh.chugtai@endframe.com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Associate IT Project Manager | Agile Delivery | CAPM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Organized associate IT project manager with 2 years coordinating software rollouts and infrastructure upgrades. CAPM-certified and comfortable owning a project end to end with light oversight.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Technologies — Sunnyvale,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IT Project Coordinator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a help desk ticketing system migration for a 60-person office, managing the rollout timeline across 3 departments and completing the switch with zero unplanned downtime.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delivery of a CRM implementation as project coordinator, tracking a $180K budget and maintaining the sprint backlog for a 6-person Agile team across 4 two-week sprints.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Delivery: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Agile/Scrum, Sprint planning, Status reporting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Confluence, Microsoft Project, Smartsheet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CAPM (PMI), Google Project Management Certificate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Information Systems, San Jose State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