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Palo Alto, CA | (650) 555-0164 | monica.hall@ravigacapital.com | linkedin.com/in/monicahall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IT Project Manager | ERP &amp; Cloud Delivery | PMP, CSM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IT project manager with 5 years owning budget, team, and concurrent workstreams across ERP upgrades and cloud initiatives. PMP-certified with a track record of on-time delivery managing teams up to 18.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Systems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IT Project Manager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2021 -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a cross-functional team of 12 through a $1.2M ERP upgrade spanning 3 business units, delivering the project on schedule and 8% under budget.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Managed 5 concurrent Agile software delivery projects with a combined team of 18 engineers and analysts, maintaining 94% on-time delivery over 2 fiscal years.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Delivery: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Agile/Scrum, Waterfall, Risk management, Budget ownership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Jira, ServiceNow, Microsoft Project, Confluence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PMP (PMI), CSM, ITIL 4 Foundation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Computer Engineering, UC Berkeley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