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dinesh.chugtai@sjsu.edu | github.com/dchugtai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Java Developer | Spring Boot, REST APIs | CS Graduate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Java developer with a B.S. in Computer Science and 3 personal Spring Boot projects, including a REST API deployed on AWS, seeking a junior backend role. Comfortable with Java 17, SQL, and Git, and quick to pick up a team's existing codebase.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San Jose State University (May 2026), coursework in data structures, databases, and operating systems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PROJECTS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Task Tracker API (github.com/dchugtai/task-tracker) — Personal Project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Personal Project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Mar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REST API in Java 17 and Spring Boot with JWT authentication and a PostgreSQL database, deployed on AWS EC2 with CI/CD via GitHub Actions.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40+ JUnit tests covering the authentication and task-assignment endpoints, reaching 85% line coverage on the service layer.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Campus Event Finder (github.com/dchugtai/event-finder) — Bootcamp Capstone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Bootcamp Capstone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2025 -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Spring Boot service backed by MySQL that lets students search 200+ campus events by date and category, with a simple HTML frontend.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Used Hibernate/JPA for data access and Maven for the build, and documented setup and run steps in the repo README.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Software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Software Engineering Intern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2025 - Aug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Contributed 14 merged pull requests to a team Java codebase during a 3-month internship, including a bug fix that resolved a recurring null-pointer exception.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unit tests with JUnit for two internal REST endpoints and fixed a failing integration test flagged in code review.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Java and JVM: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Java 17, Collections framework, Object-oriented design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Frameworks and libraries: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Spring Boot, RESTful APIs, Hibernate/JPA, JUnit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Data and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MySQL, PostgreSQL, Git, Maven, Docker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