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59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Gavin Belson</w:t>
      </w:r>
    </w:p>
    <w:p>
      <w:pPr>
        <w:keepNext/>
        <w:keepLines/>
        <w:widowControl/>
        <w:spacing w:before="0" w:after="120" w:line="259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Denver, CO | (303) 555-0182 | gavin.belson@email.com | linkedin.com/in/gavin-belson</w:t>
      </w:r>
    </w:p>
    <w:p>
      <w:pPr>
        <w:spacing w:before="0" w:after="14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Certified Medical Assistant (CMA) | Clinical Team Lead | 7+ Years</w:t>
      </w:r>
    </w:p>
    <w:p>
      <w:pPr>
        <w:keepNext w:val="0"/>
        <w:keepLines/>
        <w:widowControl/>
        <w:spacing w:before="0" w:after="160" w:line="259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Medical Assistant with 7+ years of progressive experience in fast-paced multi-specialty practices. Expert in clinical procedures, patient care coordination, and practice operations, with a proven ability to improve patient satisfaction scores by 25% and reduce appointment wait times by 30%. Skilled in training staff, implementing quality improvement initiatives, and optimizing clinical workflows using advanced EHR systems.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PROFESSIONAL EXPERIENCE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Westside Medical Group — Denver, CO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Medical Assistant &amp; Clinical Team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a team of 6 medical assistants supporting 12 providers across internal medicine and family practice, managing daily workflow and staff scheduling for 100+ patient visits per day.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average patient wait times by 30% through streamlined rooming protocols and redesigned patient flow.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Increased patient satisfaction scores from 78% to 95% by developing patient communication standards and staff training programs.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and onboarded 12 new medical assistants, cutting training time by 40% with standardized competency checklists.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 as Epic EHR super-user, providing technical support and training to 30+ clinical staff during a system upgrade.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Rocky Mountain Primary Care — Denver, CO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Medical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2018 - Mar 2021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5 primary care physicians with 40-50 patient appointments daily in a high-volume practice.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phlebotomy, EKG, immunizations, and point-of-care testing with a 99% accuracy rate measured by quality audits.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Achieved 98% accuracy in insurance authorization and pre-certification, reducing claim denials by 22%.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Implemented a new patient intake protocol that cut initial visit time by 15 minutes while improving documentation quality.</w:t>
      </w:r>
    </w:p>
    <w:p>
      <w:pPr>
        <w:keepNext/>
        <w:keepLines/>
        <w:widowControl/>
        <w:spacing w:before="0" w:after="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Front Range Urgent Care — Denver, CO</w:t>
      </w:r>
    </w:p>
    <w:p>
      <w:pPr>
        <w:keepNext/>
        <w:keepLines/>
        <w:widowControl/>
        <w:tabs>
          <w:tab w:pos="10656" w:val="right"/>
        </w:tabs>
        <w:spacing w:before="0" w:after="20" w:line="259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Medical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2017 - Jun 2018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Triaged and roomed 25-30 urgent care patients daily, prioritizing cases by acuity and medical necessity.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X-ray positioning and assisted with fracture care, suturing, and laceration repair.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LICENSES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Medical Assistant (CMA) — American Association of Medical Assistants (AAMA), 2017, recertified 2022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Basic Life Support (BLS) — American Heart Association, valid through 2026</w:t>
      </w:r>
    </w:p>
    <w:p>
      <w:pPr>
        <w:pStyle w:val="ListBullet"/>
        <w:keepNext w:val="0"/>
        <w:keepLines/>
        <w:widowControl/>
        <w:spacing w:before="0" w:after="3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Phlebotomy Technician (CPT) — National Healthcareer Association, 2018</w:t>
      </w:r>
    </w:p>
    <w:p>
      <w:pPr>
        <w:pStyle w:val="ListBullet"/>
        <w:keepNext w:val="0"/>
        <w:keepLines/>
        <w:widowControl/>
        <w:spacing w:before="0" w:after="80" w:line="259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Bloodborne Pathogens Training — 2024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keepNext w:val="0"/>
        <w:keepLines/>
        <w:widowControl/>
        <w:spacing w:before="0" w:after="80" w:line="259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Associate of Applied Science in Medical Assisting — Community College of Denver, Denver, CO, 2016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20" w:after="6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 Expertise: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Advanced phlebotomy, EKG interpretation, Spirometry, Joint injections, Minor surgical assists, Wound care, Suture removal, X-ray positioning, Point-of-care testing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Proficiency: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 EHR (super-user), Cerner, eClinicalWorks, Practice management systems, Medical billing software, Insurance authorization, Laboratory information systems</w:t>
      </w:r>
    </w:p>
    <w:p>
      <w:pPr>
        <w:pStyle w:val="ListBullet"/>
        <w:keepNext w:val="0"/>
        <w:keepLines/>
        <w:widowControl/>
        <w:spacing w:before="0" w:after="40" w:line="259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Operations: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Staff training and mentoring, Quality improvement, Workflow optimization, Inventory management, Patient flow coordination, Protocol development, Compliance monitoring, Patient education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