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555-0184 | dinesh.chugtai@hooli.com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Product Manager (Product Lead, Billing &amp; Payments) | B2B SaaS | 6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Product Manager with 6 years of experience owning the Billing &amp; Payments product line at a Series C SaaS company. Mentor 2 junior PMs and coordinate a 12-person cross-functional pod (eng, design, data). Reduced involuntary churn 18% by leading a portfolio-wide dunning and retry strategy across 3 product surfaces.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Product Manager (Product Lead, Billing &amp; Payments)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roadmap strategy across 3 billing product surfaces generating $6.8M ARR, aligning 2 mentored PMs and a 12-person cross-functional pod.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portfolio-wide dunning and retry strategy that reduced involuntary churn 18% over 2 quarters.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2 junior PMs on prioritization frameworks and roadmap sequencing, with both promoted to independent feature ownership within a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 quarterly trade-offs and portfolio metrics to the Director of Product and Finance leadership, securing budget for 2 platform investments.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2019 -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the subscription upgrade flow, increasing free-to-paid conversion 14% through 3 pricing and packaging experiments.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a 6-person cross-functional team across 2 concurrent releases per quarter, maintaining 96% on-time delivery.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 &amp; Portfolio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Product line roadmapping, Portfolio prioritization, Pricing &amp; packaging strategy, Build-vs-buy decisions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People &amp; Cross-Functional 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Mentoring junior PMs, Cross-functional pod rituals, Influencing without authority, Onboarding new PMs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&amp; Analytical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SQL, Looker, A/B testing platforms, RICE scoring, Jira/Confluence at portfolio scale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Stakeholder &amp; Executive Communication: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Quarterly business reviews, Roadmap trade-off negotiation with Directors, Cross-portfolio dependency mapping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Pragmatic Institute PMC, CSPO (Scrum Alliance)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