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Gavin Belson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Menlo Park, CA | (650) 555-0197 | gavin.belson@raviga.com | linkedin.com/in/gavinbelson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Group Product Lead | Platform &amp; Payments Portfolio | 11+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Group Product Lead with 11 years of experience owning a 4-product platform portfolio generating $22M ARR at a growth-stage SaaS company. Manage and coach a team of 5 PMs, running quarterly calibration reviews, and regularly brief the CPO and executive staff on portfolio strategy and trade-offs.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Platform — Menlo Park,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Group Product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portfolio strategy across 4 product lines generating $22M ARR, aligning 5 direct-report PMs and a 30-person cross-functional organization.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and coached a team of 5 PMs, running quarterly calibration reviews that lifted 2 direct reports into Senior PM roles within 18 months.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a platform consolidation that merged 3 overlapping internal tools into 1 surface, cutting engineering maintenance load 25% and unifying the roadmap for 6 downstream teams.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Brief the CPO and executive staff monthly on portfolio-level trade-offs and budget allocation, securing $1.4M in incremental platform investment.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the team's onboarding and roadmap-review process for 5 direct reports, cutting new-PM ramp time from 12 weeks to 6.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Product Manager (Product Lead, Billing &amp; Payments)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2016 - Mar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roadmap strategy across 3 product lines generating $4.2M ARR, aligning 4 PMs and a 15-person cross-functional team, cutting release cycle time 30% over two quarters.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2 junior PMs and coordinated a 12-person cross-functional pod, reducing involuntary churn 18% through a portfolio-wide retry strategy.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Strategy &amp; Portfolio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Product line roadmapping, Portfolio prioritization, OKR setting across pods, Pricing &amp; packaging strategy, Build-vs-buy decisions, Competitive positioning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People &amp; Cross-Functional 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Coaching &amp; performance calibration, Hiring &amp; headcount planning, Running cross-functional pod rituals, Onboarding new PMs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&amp; Analytical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SQL, Looker, Amplitude, A/B testing platforms, RICE and weighted scoring models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Stakeholder &amp; Executive Communication: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Board-level metric reporting, Quarterly business reviews with CPO, Cross-portfolio dependency mapping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Pragmatic Institute PLC, CSPO (Scrum Alliance)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Science, Stanford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