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Atlanta, GA | (404) 555-0187 | monica.hall@gmail.com | linkedin.com/in/monicahallpa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Set Production Assistant | Scripted Episodic TV | StudioBinder Scheduling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Production assistant with 164 documented set days across a scripted episodic series and two unscripted seasons, comfortable with call sheet distribution, StudioBinder scheduling, and 12-hour set days. Available for out-of-town shoots on short notice.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"Endframe Nights" - Season 2 (Endframe Studios, Scripted Series)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Set Production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2025 - Jun 2025 (72 days)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background talent and crowd control for a 22-day episodic shoot, keeping all scenes on schedule with zero safety incidents.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walkie communications between 4 departments during exterior shoots, cutting radio-related delays by an estimated 15% over the season.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Distributed daily call sheets and StudioBinder schedule updates to a 35-person crew across a 6-week shoot, with zero missed call times.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the camera package checkout and return with a 3-person camera department, logging zero lost or damaged gear across 72 shoot days.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"Bream-Hall Live" (Weekly Unscripted Series, 10-Episode Season)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Production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2024 - Dec 2024 (58 days)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Processed and filed paperwork for a 40-person crew across an 8-week production, maintaining 100% accuracy on timecards and vendor invoices.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travel and lodging for 12 cast and crew members across 3 shoot locations, staying within a $9,000 monthly travel budget.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production of 18 branded promo segments in one season, managing equipment checkout and return with zero lost or damaged gear.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"Raviga Corporate Series" (Raviga Capital, Branded Video)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Production Office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Feb 2024 (34 days)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scheduling for a 3-person video team, coordinating with 6 internal stakeholders to keep every shoot on its original delivery date.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Tracked and reconciled a production tracking system for 15 concurrent video projects, flagging schedule conflicts before they reached the shoot day.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Production Tools &amp;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StudioBinder, SetHero, Shot Lister, Adobe Premiere Pro, DaVinci Resolve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On-Set / Physical 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Boom mics, Walkie-talkies, Gimbals, Call sheet distribution, DIT cart support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Coordination &amp; 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Scheduling and calendar management, Multitasking under deadline, Composure during long or unpredictable days, Clear radio communication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Modern Workflow / AI Fluency: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Comfortable using AI-assisted scheduling and note-taking tools for auto-generated call sheet drafts and transcript summaries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in Film &amp; Television Production, Aviato School of Cinematic Arts, Los Angeles, CA (2022)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