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Bertram Gilfoyle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New York, NY | (212) 555-0193 | bertram.gilfoyle@gmail.com | linkedin.com/in/bertramgilfoyle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Production Assistant | Movie Magic Scheduling | Multi-Location Vendor Coordination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production assistant with 7 years on scripted and live-broadcast productions, including coordination of an 85-person crew on a $2.4M feature block through Movie Magic Scheduling and multi-location vendor coordination. Trusted with travel, lodging, and vendor budgets across simultaneous shoot locations, and regularly onboards and trains incoming PAs.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"Hooli Origins" (Feature Film, Pied Piper Pictures) — New York, NY - 3 Locations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Production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2025 - Aug 2025 (118 days) | 85-person crew | $2.4M budget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travel and lodging for 22 cast and crew members across 3 shoot locations, staying within a $28,000 monthly travel budget managed through Movie Magic Scheduling.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multi-location vendor coordination for catering, transport, and equipment rental across an 85-person crew, reconciling vendor invoices to within 1% of budget across 118 shoot days.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Distributed daily call sheets and schedule updates to the full 85-person crew across a 6-month shoot, with zero missed call times.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and mentored 4 incoming production assistants on call sheet distribution, walkie protocol, and vendor check-in procedures, cutting new-PA ramp-up time to under 3 days.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"Endframe Nightly" (Live Broadcast, Endframe Network)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Broadcast Production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2023 - Jan 2025 (340 days) | 40-person crew | $650K annual budget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live broadcast operations for a weekly 2-hour segment, managing script timing cues with zero on-air delays across 68 episodes.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Prepped and distributed rundown updates to a 15-person control room team ahead of 68 live broadcasts, tracking a $650K annual production budget alongside the production manager.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equipment checkout and vendor scheduling for a 40-person crew across 2 studio locations, logging zero lost or damaged gear across 340 production days.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3 junior PAs on rundown distribution and control-room radio protocol during the first month of each hire's onboarding.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"Bream-Hall Unscripted" (10-Episode Season, Bream-Hall Studios) — Atlanta, GA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Production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2019 - Jul 2023 (410 days) | 40-person crew | $1.1M season budget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background talent, crowd control, and location logistics for 3 unscripted seasons totaling 410 production days, with zero safety incidents.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Processed timecards and vendor invoices for a 40-person crew across a $1.1M season budget, maintaining 100% accuracy across 3 audits.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Movie Magic Scheduling, StudioBinder, multi-location vendor coordination, call sheet and rundown distribution, crew training and onboarding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in Film &amp; Television Production, Aviato School of Cinematic Arts, Los Angeles, CA (2018)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