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Nelson Bighetti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555-0134 | nelson.bighetti@aviato.com | linkedin.com/in/nelsonbighetti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Program Coordinator | Targeting Technical Program Management | CAPM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Project coordinator with 3 years aligning cross-functional teams and vendors on a cloud infrastructure roadmap, seeking to move into technical program management. CAPM-certified, with hands-on experience coordinating concurrent workstreams, tracking dependencies, and reporting status to engineering and business stakeholders.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CAPM (PMI), Certified ScrumMaster (CSM)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Coordination: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Cross-functional collaboration, Stakeholder management, Dependency management, RAID log tracking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 methodology: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Agile, Scrum, Sprint management, Roadmapping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Confluence, Smartsheet, Asana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Systems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Project Coordinator, Cloud Infrastructure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4 concurrent workstreams across engineering, security, and vendor teams for a cloud infrastructure buildout, tracking a 22-item RAID log to closure.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Aligned 3 external vendor teams and 2 internal engineering teams on a shared sprint cadence, unblocking 9 cross-team dependencies flagged in weekly stakeholder reviews.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the Agile backlog and sprint reporting for a 10-person delivery team across 8 two-week sprints, keeping stakeholder status updates current for 5 business unit leads.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resource allocation across 3 concurrent projects sharing a common engineering pool, flagging 2 scheduling conflicts before they affected delivery dates.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Business Solutions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Business Analyst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May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coordination of a 6-team process improvement initiative, documenting requirements and dependencies that fed a program-level roadmap.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weekly stakeholder alignment meetings across 4 departments, reducing open decision items by 30% quarter over quarter.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Business Administration,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