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Palo Alto, CA | (650) 555-0189 | monica.hall@raviga.com | linkedin.com/in/monicahall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Technical Program Manager | Cloud &amp; Platform Delivery | PMP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Technical program manager with 7 years coordinating 6 interdependent workstreams across a $14M cloud platform program, aligning 5 engineering orgs and 3 external vendor teams. Runs program governance on a SAFe cadence, unblocking release dependencies and keeping stakeholder alignment across every business unit the program touches.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Cloud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Technical Program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2021 -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6 interdependent workstreams across 5 engineering orgs on a SAFe cadence to deliver a $14M cloud platform migration, cutting deployment failures by 38% over 3 release cycles.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Aligned 3 external vendor teams and 6 internal engineering teams on a shared roadmap, unblocking 21 cross-team dependencies that had stalled two prior program increments.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Governed a RAID log of 45 active items across the program, driving risk mitigation reviews that closed 90% of high-severity risks before milestone review.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a $14M program budget held across 4 department owners, aligning spend timing to avoid 2 quarters of planned overrun.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quarterly program increment planning across 9 teams, sequencing dependencies to remove 12 identified release blockers ahead of go-live.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Technologies — Mountain View,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Program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2018 - Feb 2021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Directed a 5-workstream customer onboarding program spanning support, engineering, and legal on a stage-gate cadence, cutting onboarding time from 21 to 9 days across 35,000 monthly accounts.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Governed dependency tracking across 7 teams with no direct reporting authority, unblocking 16 stalled decisions by running a weekly cross-functional review.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stakeholder alignment across 5 functional leaders during an Agile-to-SAFe transition, sequencing dependencies to avoid 3 previously identified go-live conflicts.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Influenced a $6M program budget held across 3 business units, closing out 8 quarterly governance reviews with zero escalations.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Governance: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Program governance, Stakeholder management, Cross-functional collaboration, Resource allocation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Delivery methodology: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Agile, Scrum, SAFe, Roadmapping, RAID log, Risk mitigation, Dependency management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Jira, Confluence, Smartsheet, Microsoft Project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PMP (PMI)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Industrial Engineering, Santa Clara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