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Laurie Bream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San Francisco, CA | (415) 555-0221 | laurie.bream@bream-hall.com | linkedin.com/in/lauriebream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Senior Program Manager | Cross-Portfolio Governance | PgMP, PMP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Senior program manager with 14 years directing a portfolio of 4 concurrent programs spanning cloud platform, data infrastructure, and go-to-market delivery. Designed and runs the company's stage-gate review cadence and cross-portfolio risk framework, aligning 9 engineering orgs and influencing a combined $65M in program budget across 3 business units.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Bream-Hall Technologies — San Francisco,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Senior Program Manager, Portfolio Governance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Jun 2020 - Present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Direct a portfolio of 4 concurrent programs spanning 9 engineering orgs, designing the company's stage-gate review cadence adopted across all 6 product lines.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Built a cross-portfolio risk framework governing 60+ active RAID items across 4 programs, reducing escalated risks reaching executive review by 45% year over year.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Coordinated a combined $65M program budget influenced across 3 business units, aligning spend timing to avoid 3 quarters of planned overrun across the portfolio.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Aligned 12 stakeholder groups spanning engineering, legal, and finance during a company-wide platform consolidation, unblocking 28 cross-program dependencies before quarterly milestone review.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Governed a 200-person cross-functional delivery organization on a hybrid Agile/stage-gate model, standardizing intake and risk review across 4 programs and cutting average program overrun by 20%.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Raviga Cloud — Palo Alto,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Program Manager, then Senior Program Manager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Feb 2015 - May 2020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Promoted from Program Manager to Senior Program Manager in 2018 after scaling program scope from 1 to 3 concurrent workstreams within the first 24 months.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Coordinated 6 interdependent workstreams across 5 engineering orgs on a SAFe cadence to deliver a $14M cloud platform migration, cutting deployment failures by 38% over 3 release cycles.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Governed dependency tracking across 8 teams with no direct reporting authority, unblocking 22 stalled decisions by running a weekly cross-functional review.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Directed a 5-workstream customer onboarding program spanning support, engineering, and legal, cutting onboarding time from 21 to 9 days across 40,000 monthly accounts.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Governance: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Program governance, Stakeholder management, Cross-functional collaboration, Multi-site program leadership, Resource allocation, Budget and timeline ownership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Delivery methodology: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Agile, Scrum, SAFe, Roadmapping, RAID log, Risk mitigation, Dependency management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Tools: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Jira, Confluence, Smartsheet, Microsoft Project, Asana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CERTIFICATIONS</w:t>
      </w:r>
    </w:p>
    <w:p>
      <w:pPr>
        <w:keepNext w:val="0"/>
        <w:keepLines/>
        <w:widowControl/>
        <w:spacing w:before="0" w:after="8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PgMP (PMI), PMP (PMI), SAFe Program Consultant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B.S. Operations Management, University of California, Berkeley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