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Russ Hanneman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Denver, CO | (303) 555-0164 | russ.hanneman@email.com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Sales Manager | Enterprise SaaS | Team Quota &amp; Forecasting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Sales Manager leading a 10-person Enterprise AE team for a Series D SaaS company, owning a $9M regional revenue target and P&amp;L. Coached the team to 121% of team quota in FY25 using Clari for forecasting and Gong for call coaching, and promoted three reps into senior AE roles within 18 months. Rolled out Challenger-based methodology training that raised team win rate from 22% to 31% year over year.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Systems — Denver, CO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Sales Manager, Enterprise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Coached and managed a 10-person Enterprise AE team to 121% of team quota in FY25 (team result, not individual), using Clari for pipeline forecasting with 92% forecast accuracy quarter over quarter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a $9M regional revenue target and P&amp;L, rolling out Challenger-based sales methodology across the team and raising team win rate from 22% to 31% over four quarters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Hired and ramped 6 Enterprise AEs to full quota within 90 days, building a structured onboarding program around Gong call reviews and MEDDIC deal coaching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Redesigned territory assignments for 14 reps based on account-tier scoring, reducing average sales cycle length from 118 to 94 days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Promoted 3 AEs into Senior AE and Team Lead roles within 18 months through weekly 1:1 coaching and deal-review cadences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Capital Software — Chicago, IL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Account Executive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2019 - May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$2.1M in new ARR at 132% of individual quota in FY21, earning President's Club and a promotion to Team Lead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Mentored 4 junior AEs on MEDDIC qualification and objection handling, two of whom were promoted to Senior AE within a year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Coaching: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Team quota attainment, Pipeline coaching, Hiring and ramping, Territory design, 1:1 coaching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Forecasting &amp; Strategy: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Sales forecasting, P&amp;L ownership, Challenger Sale methodology, Deal reviews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Clari, Salesforce, Gong, Outreach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Economics, University of Colorado Boulder, 2018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