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59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20" w:line="259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555-0129 | laurie.bream@raviga.com | linkedin.com/in/lauriebream</w:t>
      </w:r>
    </w:p>
    <w:p>
      <w:pPr>
        <w:spacing w:before="0" w:after="14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Special Education Teacher | Self-Contained, Resource Room &amp; Inclusion | Autism Specialist | 8 Years</w:t>
      </w:r>
    </w:p>
    <w:p>
      <w:pPr>
        <w:keepNext w:val="0"/>
        <w:keepLines/>
        <w:widowControl/>
        <w:spacing w:before="0" w:after="160" w:line="259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Special education teacher with 8 years across self-contained, resource-room, and inclusion settings, with a specialty in autism support for grades K-6. Managed caseloads up to 14 students with autism and mild-to-moderate disabilities, achieving 92% average IEP goal attainment and cutting elopement incidents by 50% through individualized behavior plans. Seeking a district-level role that draws on cross-setting versatility.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Unified School District — Palo Alto,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Special Education Teacher (Autism Support, Grades K-3)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2022 - Present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caseload of 8 students with autism, implementing individualized ABA-informed behavior plans that cut elopement incidents by 50% within one semester.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Developed visual schedules and AAC-supported communication plans for 6 nonverbal students, increasing independent task completion by 30%.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Achieved 92% IEP goal attainment across the caseload through weekly progress-data reviews and quarterly re-evaluation of behavior intervention plans.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supervised 3 paraeducators on AAC devices and crisis de-escalation, improving accommodation fidelity during instruction.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Public Schools — Sunnyvale,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Special Education Teacher (Resource Room, Grades 3-5)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2019 - Jun 2022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small-group pull-out instruction to 16 students across 3 grade levels, with 85% meeting reading IEP goals by year-end.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pull-out schedules with 7 general education teachers to minimize instructional loss during core content blocks.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40+ annual IEP meetings, maintaining 100% compliance across annual reviews and triennial re-evaluations.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Elementary School — Mountain View,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Special Education Teacher (Self-Contained, Grades K-2)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2017 - Jun 2019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self-contained caseload of 10 students with mild-to-moderate learning disabilities, maintaining 100% IEP compliance across annual reviews.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classroom behavior incidents by 40% over one semester through a consistent token-economy system tied to individual behavior plans.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IEP and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IEP development and annual review facilitation, FBA and BIP development, IDEA and Section 504 compliance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Instructional and Behavioral: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Autism-specific instruction, Positive behavior support (PBIS), De-escalation and crisis prevention (CPI-trained)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Collaboration: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Co-teaching and inclusion planning, Related-services coordination (OT, speech), Paraeducator training and supervision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IEP Direct, SEIS, Google Workspace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California Education Specialist Credential, Mild/Moderate &amp; Autism Authorization, Board Certified Behavior Analyst (BCBA), CPI Crisis Prevention Training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M.Ed. Special Education, San Jose State University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Child Development, University of California, Davis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