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Laurie Bream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San Francisco, CA | (415) 555-0129 | laurie.bream@email.com | linkedin.com/in/lauriebream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Staff Accountant | Ready for Senior Accountant | SAP | CPA Candidate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Staff accountant with 4 years of experience owning month-end and quarter-end close for 6 subsidiaries and a $40M consolidated revenue base in SAP. Reviews junior accountants' reconciliations and partners directly with external auditors and FP&amp;A. CPA candidate, 3 of 4 exam sections passed, expected licensure Q2 2027.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— San Francisco,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Accountant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Mar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Lead close for 6 subsidiaries in SAP, reconciling 60+ balance sheet accounts and consolidating results within a 4-day close window, down from 7 days two years ago.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Review reconciliations and journal entries prepared by 2 junior staff accountants, catching an average of 4 errors per cycle before they reach the controller.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Partner directly with external auditors during quarterly reviews and the annual audit, preparing supporting schedules for a $40M consolidated revenue base with zero material findings.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 the fixed asset and accrual sub-ledgers, presenting monthly variance analysis to FP&amp;A that informs the quarterly forecast.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the migration of the accrual and prepaid schedules from Excel to SAP, cutting manual reconciliation time by 30% across the accounting team.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Capital — Oakland,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Staff Accountant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2020 - Feb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Owned month-end close for 2 subsidiaries in NetSuite, reconciling 35+ balance sheet accounts and closing 2 days ahead of the internal deadline.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Rebuilt the accrual schedule, cutting the close timeline from 9 to 6 business days with zero audit adjustments.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Core Accounting &amp; Close: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Journal entries, General ledger, Account reconciliation, Month-end close, Quarter-end close, Accruals, Balance sheet reconciliation, Variance analysis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Software &amp; Systems: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SAP, NetSuite, Advanced Excel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Standards: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GAAP, SOX compliance, Internal controls, Audit support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Reconciliation review, Junior staff mentoring, Auditor and FP&amp;A partnering, Process improvement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CPA candidate, 3 of 4 CPA Exam sections passed, expected licensure Q2 2027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Accounting, University of California, Berkeley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