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59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20" w:line="259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Minneapolis, MN | (612) 555-0138 | dinesh.chugtai@email.com | linkedin.com/in/dineshchugtai</w:t>
      </w:r>
    </w:p>
    <w:p>
      <w:pPr>
        <w:spacing w:before="0" w:after="14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Assistant Stage Manager | Regional &amp; Community Theatre</w:t>
      </w:r>
    </w:p>
    <w:p>
      <w:pPr>
        <w:keepNext w:val="0"/>
        <w:keepLines/>
        <w:widowControl/>
        <w:spacing w:before="0" w:after="160" w:line="259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Assistant stage manager seeking a stage management or ASM role with a regional or community theatre company. Built and maintained prompt books and rehearsal reports across 7 productions in university and community settings, calling casts of up to 18 and crews of up to 8. Owns daily paperwork independently and is ready to call a full production.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Theatre, Stage Management Emphasis, University of Minnesota, May 2026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Stage Management Intensive, Minnesota Fringe Festival Professional Track, Summer 2025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Rehearsal &amp; Performance Mechanics: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Calling cues, Blocking notation, Prompt book maintenance, Rehearsal reports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Paperwork &amp;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Daily calls, Contact sheets, Production schedules, Script annotation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QLab, Vectorworks (basic), Google Workspace, Microsoft Office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Company &amp; Crew Support: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Cast scheduling support, Backstage crew coordination, Cross-department communication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STAGE MANAGER CREDITS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University of Minnesota Theatre Department — Minneapolis, MN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Stage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2025-26 Season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Stage managed "The Wolves" for a cast of 9 and crew of 4, maintaining the prompt book and running rehearsal reports for the full 4-week rehearsal process.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Called preset and light and sound cues across a 24-performance run with zero missed cues.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Twin Cities Youth Rep — St. Paul, MN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Stage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Summer 2025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daily calls and rehearsal reports for "Anne of Green Gables" with a cast of 16 and crew of 5 across a 3-week rehearsal process.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Bell Street Playhouse — Minneapolis, MN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Stage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Spring 2025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Stage managed a 3-play one-act festival, tracking blocking and cues for 3 separate 6-person casts and coordinating shared crew of 5 between shows.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ASSISTANT STAGE MANAGER &amp; PRODUCTION ASSISTANT CREDITS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Northbank Repertory Theatre — Minneapolis, MN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Assistant Stage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Fall 2025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on "The Crucible" for a cast of 14 and crew of 6, maintaining the prompt book used by the full creative team through a 5-week rehearsal process.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Cedar Lake Playhouse — Minneapolis, MN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Production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Winter 2024-25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Tracked props and daily notes for "Into the Woods" with a cast of 18 and an 8-piece pit orchestra.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Riverside Community Theatre — St. Paul, MN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Assistant Stage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Fall 2024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contact sheets and daily calls for "A Streetcar Named Desire" for a cast of 8 across a 4-week rehearsal process.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Prairie Crossing Theatre Company — Edina, MN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Production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Spring 2024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the stage manager on "Our Town" for a cast of 12, maintaining production schedules and script annotations for the design team.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