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Orlando, FL | (407) 555-0192 | bertram.gilfoyle@email.com | linkedin.com/in/bertramgilfoyle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Stage Manager | Live Events &amp; Theme Park Entertainment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Stage manager with 6 years running show flow for theme park entertainment and corporate live events, executing up to 8 daily performances across a 10-hour operating day. Coordinates AV and crew teams of up to 20, manages load-in and load-out on tight turnarounds, and delivers a consistent run-of-show without a director in the room. Available nights, weekends, and holidays.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Show Execution: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Run-of-show tracking, Show flow management, Daily performance scheduling, Production advance work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Crew &amp; Logistics: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AV and crew coordination, Load-in and load-out coordination, Cast and crew scheduling, Cross-department communication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QLab, Microsoft Office, Google Workspace, Spreadsheet-based scheduling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Credentials: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CPR/AED certification, Valid driver's license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Sunward Parks Entertainment — Orlando, FL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Runs show flow for a themed seasonal show with 6 daily performances, managing a cast and crew of 35 across a 10-hour operating day.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Coordinates a 20-person AV and crew team through daily load-in and load-out on a 45-minute turnaround between operating segments.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Maintains a run-of-show document covering 8 shows daily during peak season with zero missed calls over a 3-month stretch.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Cascade Live Events — Orlando, FL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2021 - Feb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Stage managed a 3-day corporate conference with 12 breakout sessions, coordinating a 15-person AV and production crew.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Advanced load-in and load-out schedules for 10-plus corporate events per year, coordinating with venue crews averaging 12 hands per site.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Meridian Productions — Tampa, FL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Production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2019 - May 2021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show flow and daily notes for a touring corporate roadshow running 4 stops monthly across a 6-hour operating day.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AVAILABILITY &amp; PHYSICAL REQUIREMENTS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Available nights, weekends, and holidays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Able to lift 30 to 40 lbs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Able to climb ladders and work at height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Able to stand and walk for a full operating day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Theatre, University of South Florida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